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F242" w14:textId="77777777" w:rsidR="00751E7C" w:rsidRDefault="00000000">
      <w:pPr>
        <w:spacing w:after="80"/>
      </w:pPr>
      <w:r>
        <w:rPr>
          <w:b/>
          <w:color w:val="1A365D"/>
          <w:sz w:val="36"/>
        </w:rPr>
        <w:t>Lesson 1: Present Continuous Exercises</w:t>
      </w:r>
    </w:p>
    <w:p w14:paraId="0DBBA0B3" w14:textId="65C5ED23" w:rsidR="00751E7C" w:rsidRDefault="00000000">
      <w:pPr>
        <w:pBdr>
          <w:bottom w:val="single" w:sz="8" w:space="4" w:color="2B6C7A"/>
        </w:pBdr>
        <w:spacing w:after="400"/>
      </w:pPr>
      <w:r>
        <w:rPr>
          <w:i/>
          <w:color w:val="2B6C7A"/>
        </w:rPr>
        <w:t xml:space="preserve">Canexora Digital Learning Resource </w:t>
      </w:r>
    </w:p>
    <w:p w14:paraId="7210BAE1" w14:textId="77777777" w:rsidR="00751E7C" w:rsidRDefault="00000000">
      <w:pPr>
        <w:spacing w:before="240" w:after="80"/>
      </w:pPr>
      <w:r>
        <w:rPr>
          <w:b/>
          <w:color w:val="2B6C7A"/>
          <w:sz w:val="24"/>
        </w:rPr>
        <w:t>Exercise 1.1</w:t>
      </w:r>
    </w:p>
    <w:p w14:paraId="06DE515D" w14:textId="77777777" w:rsidR="00751E7C" w:rsidRDefault="00000000">
      <w:pPr>
        <w:spacing w:after="160"/>
      </w:pPr>
      <w:r>
        <w:rPr>
          <w:i/>
        </w:rPr>
        <w:t>What is happening in the office right now? Choose from these workplace verbs to complete the sentences. Type your answers inside the brackets [ ].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51E7C" w14:paraId="5C033B03" w14:textId="77777777">
        <w:trPr>
          <w:jc w:val="center"/>
        </w:trPr>
        <w:tc>
          <w:tcPr>
            <w:tcW w:w="93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E40792" w14:textId="77777777" w:rsidR="00751E7C" w:rsidRDefault="00000000">
            <w:pPr>
              <w:spacing w:after="240"/>
              <w:jc w:val="center"/>
            </w:pPr>
            <w:r>
              <w:rPr>
                <w:b/>
                <w:color w:val="1A365D"/>
              </w:rPr>
              <w:t>collaborate   |   download   |   deliver   |   review   |   give   |   prepare</w:t>
            </w:r>
          </w:p>
        </w:tc>
      </w:tr>
    </w:tbl>
    <w:p w14:paraId="02FBCD2B" w14:textId="77777777" w:rsidR="00751E7C" w:rsidRDefault="00000000">
      <w:pPr>
        <w:spacing w:after="120"/>
        <w:ind w:left="288"/>
      </w:pPr>
      <w:r>
        <w:rPr>
          <w:color w:val="718096"/>
        </w:rPr>
        <w:t>1. Elena is at the podium with a microphone. She's giving a keynote presentation.</w:t>
      </w:r>
    </w:p>
    <w:p w14:paraId="10FA8D64" w14:textId="77777777" w:rsidR="00751E7C" w:rsidRDefault="00000000">
      <w:pPr>
        <w:spacing w:after="120"/>
        <w:ind w:left="288"/>
      </w:pPr>
      <w:r>
        <w:t>2. The HR manager has a stack of resumes on her desk. He [                   ] candidate applications.</w:t>
      </w:r>
    </w:p>
    <w:p w14:paraId="770EF398" w14:textId="77777777" w:rsidR="00751E7C" w:rsidRDefault="00000000">
      <w:pPr>
        <w:spacing w:after="120"/>
        <w:ind w:left="288"/>
      </w:pPr>
      <w:r>
        <w:t>3. The design team is gathered around the whiteboard. They [                   ] on a new brand logo.</w:t>
      </w:r>
    </w:p>
    <w:p w14:paraId="13A3FCE4" w14:textId="77777777" w:rsidR="00751E7C" w:rsidRDefault="00000000">
      <w:pPr>
        <w:spacing w:after="120"/>
        <w:ind w:left="288"/>
      </w:pPr>
      <w:r>
        <w:t>4. The system is slow because I [                   ] a massive data file from the server.</w:t>
      </w:r>
    </w:p>
    <w:p w14:paraId="1529753F" w14:textId="77777777" w:rsidR="00751E7C" w:rsidRDefault="00000000">
      <w:pPr>
        <w:spacing w:after="120"/>
        <w:ind w:left="288"/>
      </w:pPr>
      <w:r>
        <w:t>5. The courier is at the front desk. She [                   ] an urgent package for the director.</w:t>
      </w:r>
    </w:p>
    <w:p w14:paraId="7283B120" w14:textId="77777777" w:rsidR="00751E7C" w:rsidRDefault="00000000">
      <w:pPr>
        <w:spacing w:after="120"/>
        <w:ind w:left="288"/>
      </w:pPr>
      <w:r>
        <w:t>6. Alex is checking his notes and practicing his pitch. He [                   ] for his job interview.</w:t>
      </w:r>
    </w:p>
    <w:p w14:paraId="412EFE27" w14:textId="77777777" w:rsidR="00751E7C" w:rsidRDefault="00000000">
      <w:pPr>
        <w:spacing w:before="400" w:after="80"/>
      </w:pPr>
      <w:r>
        <w:rPr>
          <w:b/>
          <w:color w:val="2B6C7A"/>
          <w:sz w:val="24"/>
        </w:rPr>
        <w:t>Exercise 1.2</w:t>
      </w:r>
    </w:p>
    <w:p w14:paraId="42D8FCCD" w14:textId="77777777" w:rsidR="00751E7C" w:rsidRDefault="00000000">
      <w:pPr>
        <w:spacing w:after="160"/>
      </w:pPr>
      <w:r>
        <w:rPr>
          <w:i/>
        </w:rPr>
        <w:t>The sentences on the right follow those on the left. Match the correct pairs to complete the professional context. The first one is done for you.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4032"/>
        <w:gridCol w:w="1296"/>
      </w:tblGrid>
      <w:tr w:rsidR="00751E7C" w14:paraId="58B56DF2" w14:textId="77777777">
        <w:trPr>
          <w:jc w:val="center"/>
        </w:trPr>
        <w:tc>
          <w:tcPr>
            <w:tcW w:w="403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9672E20" w14:textId="77777777" w:rsidR="00751E7C" w:rsidRDefault="00000000">
            <w:r>
              <w:rPr>
                <w:b/>
                <w:color w:val="FFFFFF"/>
                <w:sz w:val="20"/>
              </w:rPr>
              <w:t>Context on the Left</w:t>
            </w:r>
          </w:p>
        </w:tc>
        <w:tc>
          <w:tcPr>
            <w:tcW w:w="403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613973" w14:textId="77777777" w:rsidR="00751E7C" w:rsidRDefault="00000000">
            <w:r>
              <w:rPr>
                <w:b/>
                <w:color w:val="FFFFFF"/>
                <w:sz w:val="20"/>
              </w:rPr>
              <w:t>Shifting Workplace Situation (Right)</w:t>
            </w:r>
          </w:p>
        </w:tc>
        <w:tc>
          <w:tcPr>
            <w:tcW w:w="1296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AE5B09D" w14:textId="77777777" w:rsidR="00751E7C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Answer</w:t>
            </w:r>
          </w:p>
        </w:tc>
      </w:tr>
      <w:tr w:rsidR="00751E7C" w14:paraId="1AF830F3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7C0F2" w14:textId="77777777" w:rsidR="00751E7C" w:rsidRDefault="00000000">
            <w:r>
              <w:rPr>
                <w:sz w:val="20"/>
              </w:rPr>
              <w:t>1. Please step outside if you need to call.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1CA33" w14:textId="77777777" w:rsidR="00751E7C" w:rsidRDefault="00000000">
            <w:r>
              <w:rPr>
                <w:sz w:val="20"/>
              </w:rPr>
              <w:t>a. I’m staying with a colleague temporarily.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76C88A" w14:textId="77777777" w:rsidR="00751E7C" w:rsidRDefault="00000000">
            <w:pPr>
              <w:jc w:val="center"/>
            </w:pPr>
            <w:r>
              <w:rPr>
                <w:color w:val="718096"/>
                <w:sz w:val="20"/>
              </w:rPr>
              <w:t>[  f  ]</w:t>
            </w:r>
          </w:p>
        </w:tc>
      </w:tr>
      <w:tr w:rsidR="00751E7C" w14:paraId="2A0B97DB" w14:textId="77777777">
        <w:trPr>
          <w:jc w:val="center"/>
        </w:trPr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7A9373" w14:textId="77777777" w:rsidR="00751E7C" w:rsidRDefault="00000000">
            <w:r>
              <w:rPr>
                <w:sz w:val="20"/>
              </w:rPr>
              <w:t>2. We need to finalize the slides soon.</w:t>
            </w:r>
          </w:p>
        </w:tc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76CF4" w14:textId="77777777" w:rsidR="00751E7C" w:rsidRDefault="00000000">
            <w:r>
              <w:rPr>
                <w:sz w:val="20"/>
              </w:rPr>
              <w:t>b. They're lying to the board.</w:t>
            </w:r>
          </w:p>
        </w:tc>
        <w:tc>
          <w:tcPr>
            <w:tcW w:w="129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9BC61A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64848AE9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CD802E" w14:textId="77777777" w:rsidR="00751E7C" w:rsidRDefault="00000000">
            <w:r>
              <w:rPr>
                <w:sz w:val="20"/>
              </w:rPr>
              <w:t>3. I haven't relocated to my new office yet.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B3375" w14:textId="77777777" w:rsidR="00751E7C" w:rsidRDefault="00000000">
            <w:r>
              <w:rPr>
                <w:sz w:val="20"/>
              </w:rPr>
              <w:t>c. It's starting to disrupt our timeline.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B20C09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24724BE5" w14:textId="77777777">
        <w:trPr>
          <w:jc w:val="center"/>
        </w:trPr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1FE16" w14:textId="77777777" w:rsidR="00751E7C" w:rsidRDefault="00000000">
            <w:r>
              <w:rPr>
                <w:sz w:val="20"/>
              </w:rPr>
              <w:t>4. Let's book a table at the restaurant now.</w:t>
            </w:r>
          </w:p>
        </w:tc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D6BFB" w14:textId="77777777" w:rsidR="00751E7C" w:rsidRDefault="00000000">
            <w:r>
              <w:rPr>
                <w:sz w:val="20"/>
              </w:rPr>
              <w:t>d. They're trying to sell it online.</w:t>
            </w:r>
          </w:p>
        </w:tc>
        <w:tc>
          <w:tcPr>
            <w:tcW w:w="129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45BCA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4E92205B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65F2A" w14:textId="77777777" w:rsidR="00751E7C" w:rsidRDefault="00000000">
            <w:r>
              <w:rPr>
                <w:sz w:val="20"/>
              </w:rPr>
              <w:t>5. The founders don't want their old software.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0DB954" w14:textId="77777777" w:rsidR="00751E7C" w:rsidRDefault="00000000">
            <w:r>
              <w:rPr>
                <w:sz w:val="20"/>
              </w:rPr>
              <w:t>e. It's getting late in the quarter.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BBB03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595E6636" w14:textId="77777777">
        <w:trPr>
          <w:jc w:val="center"/>
        </w:trPr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01AB9" w14:textId="77777777" w:rsidR="00751E7C" w:rsidRDefault="00000000">
            <w:r>
              <w:rPr>
                <w:sz w:val="20"/>
              </w:rPr>
              <w:t>6. Budgets are incredibly tight this month.</w:t>
            </w:r>
          </w:p>
        </w:tc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3E18FA" w14:textId="77777777" w:rsidR="00751E7C" w:rsidRDefault="00000000">
            <w:r>
              <w:rPr>
                <w:sz w:val="20"/>
              </w:rPr>
              <w:t>f. I'm trying to conduct an interview.</w:t>
            </w:r>
          </w:p>
        </w:tc>
        <w:tc>
          <w:tcPr>
            <w:tcW w:w="129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10CA1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60133FB4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40AD9" w14:textId="77777777" w:rsidR="00751E7C" w:rsidRDefault="00000000">
            <w:r>
              <w:rPr>
                <w:sz w:val="20"/>
              </w:rPr>
              <w:t>7. I don't believe the media reports.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0E986" w14:textId="77777777" w:rsidR="00751E7C" w:rsidRDefault="00000000">
            <w:r>
              <w:rPr>
                <w:sz w:val="20"/>
              </w:rPr>
              <w:t>g. I'm getting hungry for lunch.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B601F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  <w:tr w:rsidR="00751E7C" w14:paraId="6267E950" w14:textId="77777777">
        <w:trPr>
          <w:jc w:val="center"/>
        </w:trPr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7FD04E" w14:textId="77777777" w:rsidR="00751E7C" w:rsidRDefault="00000000">
            <w:r>
              <w:rPr>
                <w:sz w:val="20"/>
              </w:rPr>
              <w:lastRenderedPageBreak/>
              <w:t>8. There is a major delay on the server.</w:t>
            </w:r>
          </w:p>
        </w:tc>
        <w:tc>
          <w:tcPr>
            <w:tcW w:w="4032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671A1B" w14:textId="77777777" w:rsidR="00751E7C" w:rsidRDefault="00000000">
            <w:r>
              <w:rPr>
                <w:sz w:val="20"/>
              </w:rPr>
              <w:t>h. The company is losing money.</w:t>
            </w:r>
          </w:p>
        </w:tc>
        <w:tc>
          <w:tcPr>
            <w:tcW w:w="129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12227" w14:textId="77777777" w:rsidR="00751E7C" w:rsidRDefault="00000000">
            <w:pPr>
              <w:jc w:val="center"/>
            </w:pPr>
            <w:r>
              <w:rPr>
                <w:sz w:val="20"/>
              </w:rPr>
              <w:t>[     ]</w:t>
            </w:r>
          </w:p>
        </w:tc>
      </w:tr>
    </w:tbl>
    <w:p w14:paraId="476E9647" w14:textId="77777777" w:rsidR="00751E7C" w:rsidRDefault="00000000">
      <w:pPr>
        <w:spacing w:before="400" w:after="80"/>
      </w:pPr>
      <w:r>
        <w:rPr>
          <w:b/>
          <w:color w:val="2B6C7A"/>
          <w:sz w:val="24"/>
        </w:rPr>
        <w:t>Exercise 1.3</w:t>
      </w:r>
    </w:p>
    <w:p w14:paraId="7887F110" w14:textId="77777777" w:rsidR="00751E7C" w:rsidRDefault="00000000">
      <w:pPr>
        <w:spacing w:after="160"/>
      </w:pPr>
      <w:r>
        <w:rPr>
          <w:i/>
        </w:rPr>
        <w:t>Write professional questions using the prompts provided. Use the Present Continuous tense.</w:t>
      </w:r>
    </w:p>
    <w:p w14:paraId="1237F9C3" w14:textId="77777777" w:rsidR="00751E7C" w:rsidRDefault="00000000">
      <w:pPr>
        <w:spacing w:after="120"/>
        <w:ind w:left="288"/>
      </w:pPr>
      <w:r>
        <w:t xml:space="preserve">1. What is all that noise in the boardroom? </w:t>
      </w:r>
      <w:r>
        <w:rPr>
          <w:color w:val="718096"/>
        </w:rPr>
        <w:t>[ What's happening? ]</w:t>
      </w:r>
      <w:r>
        <w:rPr>
          <w:i/>
          <w:color w:val="718096"/>
        </w:rPr>
        <w:t xml:space="preserve"> (what / happen?)</w:t>
      </w:r>
    </w:p>
    <w:p w14:paraId="08756690" w14:textId="77777777" w:rsidR="00751E7C" w:rsidRDefault="00000000">
      <w:pPr>
        <w:spacing w:after="120"/>
        <w:ind w:left="288"/>
      </w:pPr>
      <w:r>
        <w:t>2. I see you are very upset with the technical error. [                                     ]</w:t>
      </w:r>
      <w:r>
        <w:rPr>
          <w:i/>
          <w:color w:val="718096"/>
        </w:rPr>
        <w:t xml:space="preserve"> (why / you / stress?)</w:t>
      </w:r>
    </w:p>
    <w:p w14:paraId="1AEC690C" w14:textId="77777777" w:rsidR="00751E7C" w:rsidRDefault="00000000">
      <w:pPr>
        <w:spacing w:after="120"/>
        <w:ind w:left="288"/>
      </w:pPr>
      <w:r>
        <w:t>3. Is Sarah out of the office today? [                                     ]</w:t>
      </w:r>
      <w:r>
        <w:rPr>
          <w:i/>
          <w:color w:val="718096"/>
        </w:rPr>
        <w:t xml:space="preserve"> (she / work / remotely?)</w:t>
      </w:r>
    </w:p>
    <w:p w14:paraId="7A86B6D1" w14:textId="77777777" w:rsidR="00751E7C" w:rsidRDefault="00000000">
      <w:pPr>
        <w:spacing w:after="120"/>
        <w:ind w:left="288"/>
      </w:pPr>
      <w:r>
        <w:t>4. It is great to see you again after two years. [                                     ]</w:t>
      </w:r>
      <w:r>
        <w:rPr>
          <w:i/>
          <w:color w:val="718096"/>
        </w:rPr>
        <w:t xml:space="preserve"> (what / you / manage / these days?)</w:t>
      </w:r>
    </w:p>
    <w:p w14:paraId="1D205861" w14:textId="77777777" w:rsidR="00751E7C" w:rsidRDefault="00000000">
      <w:pPr>
        <w:spacing w:after="120"/>
        <w:ind w:left="288"/>
      </w:pPr>
      <w:r>
        <w:t>5. Mark just stepped out of the training session. [                                     ]</w:t>
      </w:r>
      <w:r>
        <w:rPr>
          <w:i/>
          <w:color w:val="718096"/>
        </w:rPr>
        <w:t xml:space="preserve"> (what skill / he / study?)</w:t>
      </w:r>
    </w:p>
    <w:p w14:paraId="7CEB3CCE" w14:textId="77777777" w:rsidR="00751E7C" w:rsidRDefault="00000000">
      <w:pPr>
        <w:spacing w:after="120"/>
        <w:ind w:left="288"/>
      </w:pPr>
      <w:r>
        <w:t>6. The consulting team is huddled in a closed meeting. [                                     ]</w:t>
      </w:r>
      <w:r>
        <w:rPr>
          <w:i/>
          <w:color w:val="718096"/>
        </w:rPr>
        <w:t xml:space="preserve"> (what / they / plan?)</w:t>
      </w:r>
    </w:p>
    <w:p w14:paraId="6788942F" w14:textId="77777777" w:rsidR="00751E7C" w:rsidRDefault="00000000">
      <w:pPr>
        <w:spacing w:after="120"/>
        <w:ind w:left="288"/>
      </w:pPr>
      <w:r>
        <w:t>7. I heard you transitioned to a product advisor role. [                                     ]</w:t>
      </w:r>
      <w:r>
        <w:rPr>
          <w:i/>
          <w:color w:val="718096"/>
        </w:rPr>
        <w:t xml:space="preserve"> (you / enjoy / it?)</w:t>
      </w:r>
    </w:p>
    <w:p w14:paraId="7DA9B7E5" w14:textId="77777777" w:rsidR="00751E7C" w:rsidRDefault="00000000">
      <w:pPr>
        <w:spacing w:after="120"/>
        <w:ind w:left="288"/>
      </w:pPr>
      <w:r>
        <w:t>8. We have plenty of time before the conference starts. [                                     ]</w:t>
      </w:r>
      <w:r>
        <w:rPr>
          <w:i/>
          <w:color w:val="718096"/>
        </w:rPr>
        <w:t xml:space="preserve"> (why / you / walk / so fast?)</w:t>
      </w:r>
    </w:p>
    <w:p w14:paraId="7300D0D0" w14:textId="77777777" w:rsidR="00751E7C" w:rsidRDefault="00000000">
      <w:pPr>
        <w:spacing w:before="400" w:after="80"/>
      </w:pPr>
      <w:r>
        <w:rPr>
          <w:b/>
          <w:color w:val="2B6C7A"/>
          <w:sz w:val="24"/>
        </w:rPr>
        <w:t>Exercise 1.4</w:t>
      </w:r>
    </w:p>
    <w:p w14:paraId="0157A8E3" w14:textId="77777777" w:rsidR="00751E7C" w:rsidRDefault="00000000">
      <w:pPr>
        <w:spacing w:after="160"/>
      </w:pPr>
      <w:r>
        <w:rPr>
          <w:i/>
        </w:rPr>
        <w:t>Put the verb into the correct form, positive (I'm doing etc.) or negative (I'm not doing etc.), based on the career scenarios.</w:t>
      </w:r>
    </w:p>
    <w:p w14:paraId="1AF6C08B" w14:textId="77777777" w:rsidR="00751E7C" w:rsidRDefault="00000000">
      <w:pPr>
        <w:spacing w:after="120"/>
        <w:ind w:left="288"/>
      </w:pPr>
      <w:r>
        <w:t xml:space="preserve">1. Please close the door behind you. </w:t>
      </w:r>
      <w:r>
        <w:rPr>
          <w:b/>
          <w:color w:val="718096"/>
        </w:rPr>
        <w:t>I'm trying</w:t>
      </w:r>
      <w:r>
        <w:t xml:space="preserve"> (I / try) to focus on this financial report.</w:t>
      </w:r>
    </w:p>
    <w:p w14:paraId="07455131" w14:textId="77777777" w:rsidR="00751E7C" w:rsidRDefault="00000000">
      <w:pPr>
        <w:spacing w:after="120"/>
        <w:ind w:left="288"/>
      </w:pPr>
      <w:r>
        <w:t xml:space="preserve">2. Let's call the client right now. </w:t>
      </w:r>
      <w:r>
        <w:rPr>
          <w:b/>
          <w:color w:val="718096"/>
        </w:rPr>
        <w:t>It isn't raining</w:t>
      </w:r>
      <w:r>
        <w:t xml:space="preserve"> (it / rain) client emails for once, so we have time.</w:t>
      </w:r>
    </w:p>
    <w:p w14:paraId="094888BA" w14:textId="77777777" w:rsidR="00751E7C" w:rsidRDefault="00000000">
      <w:pPr>
        <w:spacing w:after="120"/>
        <w:ind w:left="288"/>
      </w:pPr>
      <w:r>
        <w:t>3. You can turn off the monitor. [                   ] (I / watch) the webinar anymore.</w:t>
      </w:r>
    </w:p>
    <w:p w14:paraId="3EB20114" w14:textId="77777777" w:rsidR="00751E7C" w:rsidRDefault="00000000">
      <w:pPr>
        <w:spacing w:after="120"/>
        <w:ind w:left="288"/>
      </w:pPr>
      <w:r>
        <w:t>4. Kate phoned the head office yesterday. She is away on a business retreat. She [                   ] (have) a great networking experience and doesn't want to come back early.</w:t>
      </w:r>
    </w:p>
    <w:p w14:paraId="4DE0329F" w14:textId="77777777" w:rsidR="00751E7C" w:rsidRDefault="00000000">
      <w:pPr>
        <w:spacing w:after="120"/>
        <w:ind w:left="288"/>
      </w:pPr>
      <w:r>
        <w:t>5. Andrew started evening business modules recently. He [                   ] (learn) a brand new programming language.</w:t>
      </w:r>
    </w:p>
    <w:p w14:paraId="2D02D188" w14:textId="77777777" w:rsidR="00751E7C" w:rsidRDefault="00000000">
      <w:pPr>
        <w:spacing w:after="120"/>
        <w:ind w:left="288"/>
      </w:pPr>
      <w:r>
        <w:t>6. Paul and his manager had a severe disagreement this morning, and now they [                   ] (speak) to one another.</w:t>
      </w:r>
    </w:p>
    <w:p w14:paraId="602D2B17" w14:textId="77777777" w:rsidR="00751E7C" w:rsidRDefault="00000000">
      <w:pPr>
        <w:spacing w:after="120"/>
        <w:ind w:left="288"/>
      </w:pPr>
      <w:r>
        <w:t>7. The market demand is already weak, and now the situation [                   ] (get) worse due to inflation.</w:t>
      </w:r>
    </w:p>
    <w:p w14:paraId="3FDB05A5" w14:textId="77777777" w:rsidR="00751E7C" w:rsidRDefault="00000000">
      <w:pPr>
        <w:spacing w:after="120"/>
        <w:ind w:left="288"/>
      </w:pPr>
      <w:r>
        <w:t>8. I [                   ] (look) for the hiring manager. Do you know if she is in her office?</w:t>
      </w:r>
    </w:p>
    <w:p w14:paraId="5074612F" w14:textId="77777777" w:rsidR="00751E7C" w:rsidRDefault="00000000">
      <w:pPr>
        <w:spacing w:after="120"/>
        <w:ind w:left="288"/>
      </w:pPr>
      <w:r>
        <w:t>9. The construction crew has blocked the entrance. They [                   ] (build) a new corporate headquarters. It will be finished next year.</w:t>
      </w:r>
    </w:p>
    <w:p w14:paraId="1BC1248A" w14:textId="77777777" w:rsidR="00751E7C" w:rsidRDefault="00000000">
      <w:pPr>
        <w:spacing w:after="120"/>
        <w:ind w:left="288"/>
      </w:pPr>
      <w:r>
        <w:lastRenderedPageBreak/>
        <w:t>10. The office copier has finally been repaired. It [                   ] (work) perfectly now.</w:t>
      </w:r>
    </w:p>
    <w:p w14:paraId="5BA37B27" w14:textId="77777777" w:rsidR="00751E7C" w:rsidRDefault="00000000">
      <w:pPr>
        <w:spacing w:after="120"/>
        <w:ind w:left="288"/>
      </w:pPr>
      <w:r>
        <w:t>11. Tim [                   ] (work) today. He has taken a paid day off to attend a professional development workshop.</w:t>
      </w:r>
    </w:p>
    <w:p w14:paraId="29B869C6" w14:textId="77777777" w:rsidR="00751E7C" w:rsidRDefault="00000000">
      <w:pPr>
        <w:spacing w:after="120"/>
        <w:ind w:left="288"/>
      </w:pPr>
      <w:r>
        <w:t>12. Ben is a marketing student, but he isn't happy with his curriculum. He [                   ] (enjoy) his current course pathway.</w:t>
      </w:r>
    </w:p>
    <w:p w14:paraId="22BEAC45" w14:textId="77777777" w:rsidR="00751E7C" w:rsidRDefault="00000000">
      <w:pPr>
        <w:spacing w:after="120"/>
        <w:ind w:left="288"/>
      </w:pPr>
      <w:r>
        <w:t>13. Pack up your laptop and documents. The weather [                   ] (change) quickly, and there is a storm coming.</w:t>
      </w:r>
    </w:p>
    <w:p w14:paraId="3FF44C97" w14:textId="2C596B46" w:rsidR="00751E7C" w:rsidRDefault="00000000" w:rsidP="00EC79BA">
      <w:pPr>
        <w:spacing w:after="120"/>
        <w:ind w:left="288"/>
      </w:pPr>
      <w:r>
        <w:t xml:space="preserve">14. Dan has been in the exact same entry-level position for five years. He [                 </w:t>
      </w:r>
      <w:proofErr w:type="gramStart"/>
      <w:r>
        <w:t xml:space="preserve">  ]</w:t>
      </w:r>
      <w:proofErr w:type="gramEnd"/>
      <w:r>
        <w:t xml:space="preserve"> (start) to get incredibly bored with his daily routine.</w:t>
      </w:r>
    </w:p>
    <w:sectPr w:rsidR="00751E7C" w:rsidSect="00C934B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C9F2D" w14:textId="77777777" w:rsidR="00C934B7" w:rsidRDefault="00C934B7" w:rsidP="00EC79BA">
      <w:pPr>
        <w:spacing w:after="0" w:line="240" w:lineRule="auto"/>
      </w:pPr>
      <w:r>
        <w:separator/>
      </w:r>
    </w:p>
  </w:endnote>
  <w:endnote w:type="continuationSeparator" w:id="0">
    <w:p w14:paraId="3CA71D8C" w14:textId="77777777" w:rsidR="00C934B7" w:rsidRDefault="00C934B7" w:rsidP="00EC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76875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6520471" w14:textId="065E9C64" w:rsidR="00694C1D" w:rsidRDefault="00694C1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5423736" w14:textId="77777777" w:rsidR="00694C1D" w:rsidRDefault="00694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7971D" w14:textId="77777777" w:rsidR="00C934B7" w:rsidRDefault="00C934B7" w:rsidP="00EC79BA">
      <w:pPr>
        <w:spacing w:after="0" w:line="240" w:lineRule="auto"/>
      </w:pPr>
      <w:r>
        <w:separator/>
      </w:r>
    </w:p>
  </w:footnote>
  <w:footnote w:type="continuationSeparator" w:id="0">
    <w:p w14:paraId="621D256B" w14:textId="77777777" w:rsidR="00C934B7" w:rsidRDefault="00C934B7" w:rsidP="00EC7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C8261" w14:textId="7D1B15BB" w:rsidR="00EC79BA" w:rsidRDefault="00694C1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1DA6C4" wp14:editId="7664F793">
          <wp:simplePos x="0" y="0"/>
          <wp:positionH relativeFrom="column">
            <wp:posOffset>6069274</wp:posOffset>
          </wp:positionH>
          <wp:positionV relativeFrom="paragraph">
            <wp:posOffset>-242887</wp:posOffset>
          </wp:positionV>
          <wp:extent cx="559771" cy="50006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515" cy="50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3889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3911674">
    <w:abstractNumId w:val="8"/>
  </w:num>
  <w:num w:numId="2" w16cid:durableId="1232621641">
    <w:abstractNumId w:val="6"/>
  </w:num>
  <w:num w:numId="3" w16cid:durableId="789787488">
    <w:abstractNumId w:val="5"/>
  </w:num>
  <w:num w:numId="4" w16cid:durableId="2094281685">
    <w:abstractNumId w:val="4"/>
  </w:num>
  <w:num w:numId="5" w16cid:durableId="377557469">
    <w:abstractNumId w:val="7"/>
  </w:num>
  <w:num w:numId="6" w16cid:durableId="822431864">
    <w:abstractNumId w:val="3"/>
  </w:num>
  <w:num w:numId="7" w16cid:durableId="917835261">
    <w:abstractNumId w:val="2"/>
  </w:num>
  <w:num w:numId="8" w16cid:durableId="1593391907">
    <w:abstractNumId w:val="1"/>
  </w:num>
  <w:num w:numId="9" w16cid:durableId="48994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94C1D"/>
    <w:rsid w:val="00751E7C"/>
    <w:rsid w:val="00A837CD"/>
    <w:rsid w:val="00AA1D8D"/>
    <w:rsid w:val="00B47730"/>
    <w:rsid w:val="00C50B01"/>
    <w:rsid w:val="00C934B7"/>
    <w:rsid w:val="00CB0664"/>
    <w:rsid w:val="00EC79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E22110"/>
  <w14:defaultImageDpi w14:val="300"/>
  <w15:docId w15:val="{1B8132BA-7EEA-4BCB-A047-AA9A02C8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Ahmad A</cp:lastModifiedBy>
  <cp:revision>3</cp:revision>
  <dcterms:created xsi:type="dcterms:W3CDTF">2026-06-15T22:30:00Z</dcterms:created>
  <dcterms:modified xsi:type="dcterms:W3CDTF">2026-06-15T22:36:00Z</dcterms:modified>
  <cp:category/>
</cp:coreProperties>
</file>