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6FE7E" w14:textId="77777777" w:rsidR="006D15C5" w:rsidRDefault="00000000">
      <w:pPr>
        <w:spacing w:after="80"/>
      </w:pPr>
      <w:r>
        <w:rPr>
          <w:b/>
          <w:color w:val="1A365D"/>
          <w:sz w:val="36"/>
        </w:rPr>
        <w:t>Lesson 2: Present Simple Exercises</w:t>
      </w:r>
    </w:p>
    <w:p w14:paraId="2E3E18EB" w14:textId="4A9911EF" w:rsidR="006D15C5" w:rsidRDefault="00000000">
      <w:pPr>
        <w:pBdr>
          <w:bottom w:val="single" w:sz="8" w:space="4" w:color="2B6C7A"/>
        </w:pBdr>
        <w:spacing w:after="400"/>
      </w:pPr>
      <w:r>
        <w:rPr>
          <w:i/>
          <w:color w:val="2B6C7A"/>
        </w:rPr>
        <w:t xml:space="preserve">Canexora Career Development Learning Resource </w:t>
      </w:r>
    </w:p>
    <w:p w14:paraId="1F4EADA4" w14:textId="77777777" w:rsidR="006D15C5" w:rsidRDefault="00000000">
      <w:pPr>
        <w:spacing w:before="240" w:after="80"/>
      </w:pPr>
      <w:r>
        <w:rPr>
          <w:b/>
          <w:color w:val="2B6C7A"/>
          <w:sz w:val="24"/>
        </w:rPr>
        <w:t>Exercise 2.1</w:t>
      </w:r>
    </w:p>
    <w:p w14:paraId="28681DE2" w14:textId="77777777" w:rsidR="006D15C5" w:rsidRDefault="00000000">
      <w:pPr>
        <w:spacing w:after="160"/>
      </w:pPr>
      <w:r>
        <w:rPr>
          <w:i/>
        </w:rPr>
        <w:t>Complete the sentences using the following professional verbs. Don't forget third-person -s or -es where necessary: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6D15C5" w14:paraId="21B80F0A" w14:textId="77777777">
        <w:trPr>
          <w:jc w:val="center"/>
        </w:trPr>
        <w:tc>
          <w:tcPr>
            <w:tcW w:w="936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4F2E82" w14:textId="77777777" w:rsidR="006D15C5" w:rsidRDefault="00000000">
            <w:pPr>
              <w:spacing w:after="240"/>
              <w:jc w:val="center"/>
            </w:pPr>
            <w:r>
              <w:rPr>
                <w:b/>
                <w:color w:val="1A365D"/>
              </w:rPr>
              <w:t>cause(s)   |   close(s)   |   connect(s)   |   go(es)   |   live(s)   |   speak(s)   |   take(s)</w:t>
            </w:r>
          </w:p>
        </w:tc>
      </w:tr>
    </w:tbl>
    <w:p w14:paraId="2D25B5FF" w14:textId="77777777" w:rsidR="006D15C5" w:rsidRDefault="00000000">
      <w:pPr>
        <w:spacing w:after="120"/>
        <w:ind w:left="288"/>
      </w:pPr>
      <w:r>
        <w:rPr>
          <w:color w:val="718096"/>
        </w:rPr>
        <w:t>1. Tanya speaks German very well.</w:t>
      </w:r>
    </w:p>
    <w:p w14:paraId="1AC3B66E" w14:textId="77777777" w:rsidR="006D15C5" w:rsidRDefault="00000000">
      <w:pPr>
        <w:spacing w:after="120"/>
        <w:ind w:left="288"/>
      </w:pPr>
      <w:r>
        <w:t>2. Ben and Jack [                   ] to the same business school.</w:t>
      </w:r>
    </w:p>
    <w:p w14:paraId="613A55AD" w14:textId="77777777" w:rsidR="006D15C5" w:rsidRDefault="00000000">
      <w:pPr>
        <w:spacing w:after="120"/>
        <w:ind w:left="288"/>
      </w:pPr>
      <w:r>
        <w:t>3. Bad communication [                   ] many workplace accidents.</w:t>
      </w:r>
    </w:p>
    <w:p w14:paraId="15F5C523" w14:textId="77777777" w:rsidR="006D15C5" w:rsidRDefault="00000000">
      <w:pPr>
        <w:spacing w:after="120"/>
        <w:ind w:left="288"/>
      </w:pPr>
      <w:r>
        <w:t>4. The career center [                   ] at 4 o'clock on Sundays.</w:t>
      </w:r>
    </w:p>
    <w:p w14:paraId="109889CA" w14:textId="77777777" w:rsidR="006D15C5" w:rsidRDefault="00000000">
      <w:pPr>
        <w:spacing w:after="120"/>
        <w:ind w:left="288"/>
      </w:pPr>
      <w:r>
        <w:t>5. My parents [                   ] in a very small flat near North Vancouver.</w:t>
      </w:r>
    </w:p>
    <w:p w14:paraId="46EAB518" w14:textId="77777777" w:rsidR="006D15C5" w:rsidRDefault="00000000">
      <w:pPr>
        <w:spacing w:after="120"/>
        <w:ind w:left="288"/>
      </w:pPr>
      <w:r>
        <w:t>6. The corporate conference [                   ] place every four years.</w:t>
      </w:r>
    </w:p>
    <w:p w14:paraId="353221BA" w14:textId="77777777" w:rsidR="006D15C5" w:rsidRDefault="00000000">
      <w:pPr>
        <w:spacing w:after="120"/>
        <w:ind w:left="288"/>
      </w:pPr>
      <w:r>
        <w:t>7. The internal server link [                   ] the local office and head headquarters.</w:t>
      </w:r>
    </w:p>
    <w:p w14:paraId="5F44A566" w14:textId="77777777" w:rsidR="006D15C5" w:rsidRDefault="00000000">
      <w:pPr>
        <w:spacing w:before="400" w:after="80"/>
      </w:pPr>
      <w:r>
        <w:rPr>
          <w:b/>
          <w:color w:val="2B6C7A"/>
          <w:sz w:val="24"/>
        </w:rPr>
        <w:t>Exercise 2.2</w:t>
      </w:r>
    </w:p>
    <w:p w14:paraId="678A292C" w14:textId="77777777" w:rsidR="006D15C5" w:rsidRDefault="00000000">
      <w:pPr>
        <w:spacing w:after="160"/>
      </w:pPr>
      <w:r>
        <w:rPr>
          <w:i/>
        </w:rPr>
        <w:t>Put the verb into the correct form (positive or negative):</w:t>
      </w:r>
    </w:p>
    <w:p w14:paraId="3A5A6523" w14:textId="77777777" w:rsidR="006D15C5" w:rsidRDefault="00000000">
      <w:pPr>
        <w:spacing w:after="120"/>
        <w:ind w:left="288"/>
      </w:pPr>
      <w:r>
        <w:rPr>
          <w:color w:val="718096"/>
        </w:rPr>
        <w:t>1. Julia doesn't drink (not/drink) tea very often.</w:t>
      </w:r>
    </w:p>
    <w:p w14:paraId="38E6B5A0" w14:textId="77777777" w:rsidR="006D15C5" w:rsidRDefault="00000000">
      <w:pPr>
        <w:spacing w:after="120"/>
        <w:ind w:left="288"/>
      </w:pPr>
      <w:r>
        <w:t>2. What time [                                     ] (the banks / close) here?</w:t>
      </w:r>
    </w:p>
    <w:p w14:paraId="05D280AA" w14:textId="77777777" w:rsidR="006D15C5" w:rsidRDefault="00000000">
      <w:pPr>
        <w:spacing w:after="120"/>
        <w:ind w:left="288"/>
      </w:pPr>
      <w:r>
        <w:t>3. I have a car, but I [                                     ] (not / use) it much.</w:t>
      </w:r>
    </w:p>
    <w:p w14:paraId="779E9C72" w14:textId="77777777" w:rsidR="006D15C5" w:rsidRDefault="00000000">
      <w:pPr>
        <w:spacing w:after="120"/>
        <w:ind w:left="288"/>
      </w:pPr>
      <w:r>
        <w:t>4. Where [                                     ] (Maria / come) from? Is she Spanish?</w:t>
      </w:r>
    </w:p>
    <w:p w14:paraId="1AE4C571" w14:textId="77777777" w:rsidR="006D15C5" w:rsidRDefault="00000000">
      <w:pPr>
        <w:spacing w:after="120"/>
        <w:ind w:left="288"/>
      </w:pPr>
      <w:r>
        <w:t>5. 'What [                                     ] (you / do)?' 'I'm an employment counsellor.'</w:t>
      </w:r>
    </w:p>
    <w:p w14:paraId="557735A0" w14:textId="77777777" w:rsidR="006D15C5" w:rsidRDefault="00000000">
      <w:pPr>
        <w:spacing w:after="120"/>
        <w:ind w:left="288"/>
      </w:pPr>
      <w:r>
        <w:t>6. Look at this sentence. What [                                     ] (this word / mean)?</w:t>
      </w:r>
    </w:p>
    <w:p w14:paraId="59511018" w14:textId="77777777" w:rsidR="006D15C5" w:rsidRDefault="00000000">
      <w:pPr>
        <w:spacing w:after="120"/>
        <w:ind w:left="288"/>
      </w:pPr>
      <w:r>
        <w:t>7. David isn't very fit. He [                                     ] (not / do) any sport.</w:t>
      </w:r>
    </w:p>
    <w:p w14:paraId="15E341D0" w14:textId="77777777" w:rsidR="006D15C5" w:rsidRDefault="00000000">
      <w:pPr>
        <w:spacing w:after="120"/>
        <w:ind w:left="288"/>
      </w:pPr>
      <w:r>
        <w:t>8. It [                                     ] (take) me an hour to get to work in the morning. How long [                                     ] (it / take) you?</w:t>
      </w:r>
    </w:p>
    <w:p w14:paraId="4A607AEA" w14:textId="77777777" w:rsidR="006D15C5" w:rsidRDefault="00000000">
      <w:pPr>
        <w:spacing w:before="400" w:after="80"/>
      </w:pPr>
      <w:r>
        <w:rPr>
          <w:b/>
          <w:color w:val="2B6C7A"/>
          <w:sz w:val="24"/>
        </w:rPr>
        <w:t>Exercise 2.3</w:t>
      </w:r>
    </w:p>
    <w:p w14:paraId="72583F3E" w14:textId="77777777" w:rsidR="006D15C5" w:rsidRDefault="00000000">
      <w:pPr>
        <w:spacing w:after="160"/>
      </w:pPr>
      <w:r>
        <w:rPr>
          <w:i/>
        </w:rPr>
        <w:t>Complete the sentences using these verbs. Sometimes you need the negative: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6D15C5" w14:paraId="2DBCC4E8" w14:textId="77777777">
        <w:trPr>
          <w:jc w:val="center"/>
        </w:trPr>
        <w:tc>
          <w:tcPr>
            <w:tcW w:w="936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7F1E5E" w14:textId="77777777" w:rsidR="006D15C5" w:rsidRDefault="00000000">
            <w:pPr>
              <w:spacing w:after="240"/>
              <w:jc w:val="center"/>
            </w:pPr>
            <w:r>
              <w:rPr>
                <w:b/>
                <w:color w:val="1A365D"/>
              </w:rPr>
              <w:lastRenderedPageBreak/>
              <w:t>believe   |   eat   |   flow   |   go   |   grow   |   make   |   rise   |   tell   |   translate</w:t>
            </w:r>
          </w:p>
        </w:tc>
      </w:tr>
    </w:tbl>
    <w:p w14:paraId="3DDABA12" w14:textId="77777777" w:rsidR="006D15C5" w:rsidRDefault="00000000">
      <w:pPr>
        <w:spacing w:after="120"/>
        <w:ind w:left="288"/>
      </w:pPr>
      <w:r>
        <w:rPr>
          <w:color w:val="718096"/>
        </w:rPr>
        <w:t>1. The earth goes round the sun.</w:t>
      </w:r>
    </w:p>
    <w:p w14:paraId="0B210A73" w14:textId="77777777" w:rsidR="006D15C5" w:rsidRDefault="00000000">
      <w:pPr>
        <w:spacing w:after="120"/>
        <w:ind w:left="288"/>
      </w:pPr>
      <w:r>
        <w:rPr>
          <w:color w:val="718096"/>
        </w:rPr>
        <w:t>2. Rice doesn't grow in cold climates.</w:t>
      </w:r>
    </w:p>
    <w:p w14:paraId="0D9AA350" w14:textId="77777777" w:rsidR="006D15C5" w:rsidRDefault="00000000">
      <w:pPr>
        <w:spacing w:after="120"/>
        <w:ind w:left="288"/>
      </w:pPr>
      <w:r>
        <w:t>3. The sun [                   ] in the east.</w:t>
      </w:r>
    </w:p>
    <w:p w14:paraId="0077FD1F" w14:textId="77777777" w:rsidR="006D15C5" w:rsidRDefault="00000000">
      <w:pPr>
        <w:spacing w:after="120"/>
        <w:ind w:left="288"/>
      </w:pPr>
      <w:r>
        <w:t>4. Bees [                   ] honey.</w:t>
      </w:r>
    </w:p>
    <w:p w14:paraId="16364590" w14:textId="77777777" w:rsidR="006D15C5" w:rsidRDefault="00000000">
      <w:pPr>
        <w:spacing w:after="120"/>
        <w:ind w:left="288"/>
      </w:pPr>
      <w:r>
        <w:t>5. Vegetarians [                   ] meat.</w:t>
      </w:r>
    </w:p>
    <w:p w14:paraId="3B175ABD" w14:textId="77777777" w:rsidR="006D15C5" w:rsidRDefault="00000000">
      <w:pPr>
        <w:spacing w:after="120"/>
        <w:ind w:left="288"/>
      </w:pPr>
      <w:r>
        <w:t>6. An atheist [                   ] in God.</w:t>
      </w:r>
    </w:p>
    <w:p w14:paraId="0A00D733" w14:textId="77777777" w:rsidR="006D15C5" w:rsidRDefault="00000000">
      <w:pPr>
        <w:spacing w:after="120"/>
        <w:ind w:left="288"/>
      </w:pPr>
      <w:r>
        <w:t>7. An interpreter [                   ] from one language into another.</w:t>
      </w:r>
    </w:p>
    <w:p w14:paraId="5D4C62BE" w14:textId="77777777" w:rsidR="006D15C5" w:rsidRDefault="00000000">
      <w:pPr>
        <w:spacing w:after="120"/>
        <w:ind w:left="288"/>
      </w:pPr>
      <w:r>
        <w:t>8. Dishonest candidates are people who [                   ] the truth.</w:t>
      </w:r>
    </w:p>
    <w:p w14:paraId="5674FB19" w14:textId="77777777" w:rsidR="006D15C5" w:rsidRDefault="00000000">
      <w:pPr>
        <w:spacing w:after="120"/>
        <w:ind w:left="288"/>
      </w:pPr>
      <w:r>
        <w:t>9. The River Amazon [                   ] into the Atlantic Ocean.</w:t>
      </w:r>
    </w:p>
    <w:p w14:paraId="60D1D362" w14:textId="77777777" w:rsidR="006D15C5" w:rsidRDefault="00000000">
      <w:pPr>
        <w:spacing w:before="400" w:after="80"/>
      </w:pPr>
      <w:r>
        <w:rPr>
          <w:b/>
          <w:color w:val="2B6C7A"/>
          <w:sz w:val="24"/>
        </w:rPr>
        <w:t>Exercise 2.4</w:t>
      </w:r>
    </w:p>
    <w:p w14:paraId="6CA7469E" w14:textId="77777777" w:rsidR="006D15C5" w:rsidRDefault="00000000">
      <w:pPr>
        <w:spacing w:after="160"/>
      </w:pPr>
      <w:r>
        <w:rPr>
          <w:i/>
        </w:rPr>
        <w:t>You ask Lisa questions about herself and her family. Write the questions using Present Simple:</w:t>
      </w:r>
    </w:p>
    <w:p w14:paraId="684D0A71" w14:textId="77777777" w:rsidR="006D15C5" w:rsidRDefault="00000000">
      <w:pPr>
        <w:spacing w:after="120"/>
        <w:ind w:left="288"/>
      </w:pPr>
      <w:r>
        <w:t>1. You know that Lisa plays tennis. You want to know how often. Ask her:</w:t>
      </w:r>
      <w:r>
        <w:br/>
      </w:r>
      <w:r>
        <w:rPr>
          <w:color w:val="718096"/>
        </w:rPr>
        <w:t>[ How often do you play tennis? ]</w:t>
      </w:r>
    </w:p>
    <w:p w14:paraId="6E967261" w14:textId="77777777" w:rsidR="006D15C5" w:rsidRDefault="00000000">
      <w:pPr>
        <w:spacing w:after="120"/>
        <w:ind w:left="288"/>
      </w:pPr>
      <w:r>
        <w:t>2. Perhaps Lisa's sister plays tennis too. You want to know. Ask Lisa:</w:t>
      </w:r>
      <w:r>
        <w:br/>
        <w:t>Does [                                                                          ] play tennis?</w:t>
      </w:r>
    </w:p>
    <w:p w14:paraId="1CAEF192" w14:textId="77777777" w:rsidR="006D15C5" w:rsidRDefault="00000000">
      <w:pPr>
        <w:spacing w:after="120"/>
        <w:ind w:left="288"/>
      </w:pPr>
      <w:r>
        <w:t>3. You know that Lisa goes to the cinema a lot. You want to know how often. Ask her:</w:t>
      </w:r>
      <w:r>
        <w:br/>
        <w:t>[                                                                          ]</w:t>
      </w:r>
    </w:p>
    <w:p w14:paraId="7E762B1A" w14:textId="77777777" w:rsidR="006D15C5" w:rsidRDefault="00000000">
      <w:pPr>
        <w:spacing w:after="120"/>
        <w:ind w:left="288"/>
      </w:pPr>
      <w:r>
        <w:t>4. You know that Lisa's brother works. You want to know what he does. Ask Lisa:</w:t>
      </w:r>
      <w:r>
        <w:br/>
        <w:t>[                                                                          ]</w:t>
      </w:r>
    </w:p>
    <w:p w14:paraId="16608613" w14:textId="77777777" w:rsidR="006D15C5" w:rsidRDefault="00000000">
      <w:pPr>
        <w:spacing w:after="120"/>
        <w:ind w:left="288"/>
      </w:pPr>
      <w:r>
        <w:t>5. You're not sure whether Lisa speaks Spanish. You want to know. Ask her:</w:t>
      </w:r>
      <w:r>
        <w:br/>
        <w:t>[                                                                          ]</w:t>
      </w:r>
    </w:p>
    <w:p w14:paraId="100443AC" w14:textId="77777777" w:rsidR="006D15C5" w:rsidRDefault="00000000">
      <w:pPr>
        <w:spacing w:after="120"/>
        <w:ind w:left="288"/>
      </w:pPr>
      <w:r>
        <w:t>6. You don't know where Lisa's grandparents live. You want to know. Ask Lisa:</w:t>
      </w:r>
      <w:r>
        <w:br/>
        <w:t>[                                                                          ]</w:t>
      </w:r>
    </w:p>
    <w:p w14:paraId="0EA4DCE1" w14:textId="77777777" w:rsidR="006D15C5" w:rsidRDefault="00000000">
      <w:pPr>
        <w:spacing w:before="400" w:after="80"/>
      </w:pPr>
      <w:r>
        <w:rPr>
          <w:b/>
          <w:color w:val="2B6C7A"/>
          <w:sz w:val="24"/>
        </w:rPr>
        <w:t>Exercise 2.5</w:t>
      </w:r>
    </w:p>
    <w:p w14:paraId="65BA4A79" w14:textId="77777777" w:rsidR="006D15C5" w:rsidRDefault="00000000">
      <w:pPr>
        <w:spacing w:after="160"/>
      </w:pPr>
      <w:r>
        <w:rPr>
          <w:i/>
        </w:rPr>
        <w:t>Complete using the following performative Present Simple expressions: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6D15C5" w14:paraId="31CD50A5" w14:textId="77777777">
        <w:trPr>
          <w:jc w:val="center"/>
        </w:trPr>
        <w:tc>
          <w:tcPr>
            <w:tcW w:w="936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C800A3" w14:textId="77777777" w:rsidR="006D15C5" w:rsidRDefault="00000000">
            <w:pPr>
              <w:spacing w:after="240"/>
              <w:jc w:val="center"/>
            </w:pPr>
            <w:r>
              <w:rPr>
                <w:b/>
                <w:color w:val="1A365D"/>
              </w:rPr>
              <w:t>I agree   |   I apologise   |   I insist   |   I promise   |   I recommend   |   I suggest</w:t>
            </w:r>
          </w:p>
        </w:tc>
      </w:tr>
    </w:tbl>
    <w:p w14:paraId="2C9BA535" w14:textId="77777777" w:rsidR="006D15C5" w:rsidRDefault="00000000">
      <w:pPr>
        <w:spacing w:after="120"/>
        <w:ind w:left="288"/>
      </w:pPr>
      <w:r>
        <w:rPr>
          <w:color w:val="718096"/>
        </w:rPr>
        <w:t>1. Mr Evans is not in the office today. I suggest you try calling him tomorrow.</w:t>
      </w:r>
    </w:p>
    <w:p w14:paraId="6A1D9EDE" w14:textId="77777777" w:rsidR="006D15C5" w:rsidRDefault="00000000">
      <w:pPr>
        <w:spacing w:after="120"/>
        <w:ind w:left="288"/>
      </w:pPr>
      <w:r>
        <w:t>2. [                             ] I won't disclose any confidential information.</w:t>
      </w:r>
    </w:p>
    <w:p w14:paraId="0D64A8D5" w14:textId="77777777" w:rsidR="006D15C5" w:rsidRDefault="00000000">
      <w:pPr>
        <w:spacing w:after="120"/>
        <w:ind w:left="288"/>
      </w:pPr>
      <w:r>
        <w:lastRenderedPageBreak/>
        <w:t>3. (In a business lunch) You must let me cover the bill. [                             ] !</w:t>
      </w:r>
    </w:p>
    <w:p w14:paraId="69ADA25B" w14:textId="77777777" w:rsidR="006D15C5" w:rsidRDefault="00000000">
      <w:pPr>
        <w:spacing w:after="120"/>
        <w:ind w:left="288"/>
      </w:pPr>
      <w:r>
        <w:t>4. [                             ] for the technical error during the webinar. It shouldn't have happened.</w:t>
      </w:r>
    </w:p>
    <w:p w14:paraId="453A78FD" w14:textId="77777777" w:rsidR="006D15C5" w:rsidRDefault="00000000">
      <w:pPr>
        <w:spacing w:after="120"/>
        <w:ind w:left="288"/>
      </w:pPr>
      <w:r>
        <w:t>5. The new project software is highly efficient. [                             ] it.</w:t>
      </w:r>
    </w:p>
    <w:p w14:paraId="6F406C61" w14:textId="77777777" w:rsidR="006D15C5" w:rsidRDefault="00000000">
      <w:pPr>
        <w:spacing w:after="120"/>
        <w:ind w:left="288"/>
      </w:pPr>
      <w:r>
        <w:t>6. I think your career assessment is absolutely accurate. [                             ] with you.</w:t>
      </w:r>
    </w:p>
    <w:p w14:paraId="0E1FE917" w14:textId="374D7753" w:rsidR="006D15C5" w:rsidRDefault="006D15C5"/>
    <w:sectPr w:rsidR="006D15C5" w:rsidSect="005E687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D55C8" w14:textId="77777777" w:rsidR="005E687B" w:rsidRDefault="005E687B" w:rsidP="0059114F">
      <w:pPr>
        <w:spacing w:after="0" w:line="240" w:lineRule="auto"/>
      </w:pPr>
      <w:r>
        <w:separator/>
      </w:r>
    </w:p>
  </w:endnote>
  <w:endnote w:type="continuationSeparator" w:id="0">
    <w:p w14:paraId="0A821FDE" w14:textId="77777777" w:rsidR="005E687B" w:rsidRDefault="005E687B" w:rsidP="00591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635501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FE92D4D" w14:textId="730D511C" w:rsidR="0059114F" w:rsidRDefault="0059114F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23CA11C" w14:textId="77777777" w:rsidR="0059114F" w:rsidRDefault="005911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C8DEF" w14:textId="77777777" w:rsidR="005E687B" w:rsidRDefault="005E687B" w:rsidP="0059114F">
      <w:pPr>
        <w:spacing w:after="0" w:line="240" w:lineRule="auto"/>
      </w:pPr>
      <w:r>
        <w:separator/>
      </w:r>
    </w:p>
  </w:footnote>
  <w:footnote w:type="continuationSeparator" w:id="0">
    <w:p w14:paraId="0DC055C8" w14:textId="77777777" w:rsidR="005E687B" w:rsidRDefault="005E687B" w:rsidP="00591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8DC85" w14:textId="4672D7C1" w:rsidR="000759CE" w:rsidRDefault="000759C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ECBD484" wp14:editId="56C7D090">
          <wp:simplePos x="0" y="0"/>
          <wp:positionH relativeFrom="column">
            <wp:posOffset>6050280</wp:posOffset>
          </wp:positionH>
          <wp:positionV relativeFrom="paragraph">
            <wp:posOffset>-441960</wp:posOffset>
          </wp:positionV>
          <wp:extent cx="803910" cy="720000"/>
          <wp:effectExtent l="0" t="0" r="0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391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6870641">
    <w:abstractNumId w:val="8"/>
  </w:num>
  <w:num w:numId="2" w16cid:durableId="1254969584">
    <w:abstractNumId w:val="6"/>
  </w:num>
  <w:num w:numId="3" w16cid:durableId="1249071013">
    <w:abstractNumId w:val="5"/>
  </w:num>
  <w:num w:numId="4" w16cid:durableId="976187287">
    <w:abstractNumId w:val="4"/>
  </w:num>
  <w:num w:numId="5" w16cid:durableId="1015616730">
    <w:abstractNumId w:val="7"/>
  </w:num>
  <w:num w:numId="6" w16cid:durableId="314840088">
    <w:abstractNumId w:val="3"/>
  </w:num>
  <w:num w:numId="7" w16cid:durableId="892472759">
    <w:abstractNumId w:val="2"/>
  </w:num>
  <w:num w:numId="8" w16cid:durableId="2084258369">
    <w:abstractNumId w:val="1"/>
  </w:num>
  <w:num w:numId="9" w16cid:durableId="2066027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59CE"/>
    <w:rsid w:val="0015074B"/>
    <w:rsid w:val="0029639D"/>
    <w:rsid w:val="00326F90"/>
    <w:rsid w:val="003E56AC"/>
    <w:rsid w:val="00540CCA"/>
    <w:rsid w:val="0059114F"/>
    <w:rsid w:val="005E687B"/>
    <w:rsid w:val="006D15C5"/>
    <w:rsid w:val="00AA1D8D"/>
    <w:rsid w:val="00B47730"/>
    <w:rsid w:val="00C20A3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E072F7"/>
  <w14:defaultImageDpi w14:val="300"/>
  <w15:docId w15:val="{B54F3D65-581A-4B61-B3AB-7F45B46B0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D374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Ahmad A</cp:lastModifiedBy>
  <cp:revision>5</cp:revision>
  <dcterms:created xsi:type="dcterms:W3CDTF">2013-12-23T23:15:00Z</dcterms:created>
  <dcterms:modified xsi:type="dcterms:W3CDTF">2026-06-16T02:11:00Z</dcterms:modified>
  <cp:category/>
</cp:coreProperties>
</file>